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35C0F" w14:textId="77777777" w:rsidR="00930872" w:rsidRPr="00F41CB4" w:rsidRDefault="00000000">
      <w:pPr>
        <w:pStyle w:val="Nzev"/>
      </w:pPr>
      <w:r w:rsidRPr="00F41CB4">
        <w:t>ŠKOLNÍ ŘÁD</w:t>
      </w:r>
    </w:p>
    <w:tbl>
      <w:tblPr>
        <w:tblW w:w="0" w:type="auto"/>
        <w:jc w:val="center"/>
        <w:tblLayout w:type="fixed"/>
        <w:tblLook w:val="04A0" w:firstRow="1" w:lastRow="0" w:firstColumn="1" w:lastColumn="0" w:noHBand="0" w:noVBand="1"/>
      </w:tblPr>
      <w:tblGrid>
        <w:gridCol w:w="2665"/>
        <w:gridCol w:w="6350"/>
      </w:tblGrid>
      <w:tr w:rsidR="00930872" w:rsidRPr="00F41CB4" w14:paraId="20BF0A64" w14:textId="77777777">
        <w:trPr>
          <w:jc w:val="center"/>
        </w:trPr>
        <w:tc>
          <w:tcPr>
            <w:tcW w:w="2665" w:type="dxa"/>
            <w:shd w:val="clear" w:color="auto" w:fill="EAF7FC"/>
            <w:tcMar>
              <w:top w:w="80" w:type="dxa"/>
              <w:left w:w="100" w:type="dxa"/>
              <w:bottom w:w="80" w:type="dxa"/>
              <w:right w:w="100" w:type="dxa"/>
            </w:tcMar>
            <w:vAlign w:val="center"/>
          </w:tcPr>
          <w:p w14:paraId="578F75ED" w14:textId="77777777" w:rsidR="00930872" w:rsidRPr="00F41CB4" w:rsidRDefault="00000000">
            <w:pPr>
              <w:spacing w:after="0"/>
            </w:pPr>
            <w:r w:rsidRPr="00F41CB4">
              <w:rPr>
                <w:b/>
              </w:rPr>
              <w:t>Č. j.</w:t>
            </w:r>
          </w:p>
        </w:tc>
        <w:tc>
          <w:tcPr>
            <w:tcW w:w="6350" w:type="dxa"/>
            <w:tcMar>
              <w:top w:w="80" w:type="dxa"/>
              <w:left w:w="100" w:type="dxa"/>
              <w:bottom w:w="80" w:type="dxa"/>
              <w:right w:w="100" w:type="dxa"/>
            </w:tcMar>
            <w:vAlign w:val="center"/>
          </w:tcPr>
          <w:p w14:paraId="35ABF411" w14:textId="77777777" w:rsidR="00930872" w:rsidRPr="00F41CB4" w:rsidRDefault="00000000">
            <w:pPr>
              <w:spacing w:after="0"/>
            </w:pPr>
            <w:r w:rsidRPr="00F41CB4">
              <w:t>22 – MŠ – 26</w:t>
            </w:r>
          </w:p>
        </w:tc>
      </w:tr>
      <w:tr w:rsidR="00930872" w:rsidRPr="00F41CB4" w14:paraId="3B851EB1" w14:textId="77777777">
        <w:trPr>
          <w:jc w:val="center"/>
        </w:trPr>
        <w:tc>
          <w:tcPr>
            <w:tcW w:w="2665" w:type="dxa"/>
            <w:shd w:val="clear" w:color="auto" w:fill="EAF7FC"/>
            <w:tcMar>
              <w:top w:w="80" w:type="dxa"/>
              <w:left w:w="100" w:type="dxa"/>
              <w:bottom w:w="80" w:type="dxa"/>
              <w:right w:w="100" w:type="dxa"/>
            </w:tcMar>
            <w:vAlign w:val="center"/>
          </w:tcPr>
          <w:p w14:paraId="5BFE6C7A" w14:textId="77777777" w:rsidR="00930872" w:rsidRPr="00F41CB4" w:rsidRDefault="00000000">
            <w:pPr>
              <w:spacing w:after="0"/>
            </w:pPr>
            <w:r w:rsidRPr="00F41CB4">
              <w:rPr>
                <w:b/>
              </w:rPr>
              <w:t>Provoz školy</w:t>
            </w:r>
          </w:p>
        </w:tc>
        <w:tc>
          <w:tcPr>
            <w:tcW w:w="6350" w:type="dxa"/>
            <w:tcMar>
              <w:top w:w="80" w:type="dxa"/>
              <w:left w:w="100" w:type="dxa"/>
              <w:bottom w:w="80" w:type="dxa"/>
              <w:right w:w="100" w:type="dxa"/>
            </w:tcMar>
            <w:vAlign w:val="center"/>
          </w:tcPr>
          <w:p w14:paraId="4A946F78" w14:textId="77777777" w:rsidR="00930872" w:rsidRPr="00F41CB4" w:rsidRDefault="00000000">
            <w:pPr>
              <w:spacing w:after="0"/>
            </w:pPr>
            <w:r w:rsidRPr="00F41CB4">
              <w:t>6:15–16:15</w:t>
            </w:r>
          </w:p>
        </w:tc>
      </w:tr>
      <w:tr w:rsidR="00930872" w:rsidRPr="00F41CB4" w14:paraId="621A037B" w14:textId="77777777">
        <w:trPr>
          <w:jc w:val="center"/>
        </w:trPr>
        <w:tc>
          <w:tcPr>
            <w:tcW w:w="2665" w:type="dxa"/>
            <w:shd w:val="clear" w:color="auto" w:fill="EAF7FC"/>
            <w:tcMar>
              <w:top w:w="80" w:type="dxa"/>
              <w:left w:w="100" w:type="dxa"/>
              <w:bottom w:w="80" w:type="dxa"/>
              <w:right w:w="100" w:type="dxa"/>
            </w:tcMar>
            <w:vAlign w:val="center"/>
          </w:tcPr>
          <w:p w14:paraId="7CF74CCE" w14:textId="77777777" w:rsidR="00930872" w:rsidRPr="00F41CB4" w:rsidRDefault="00000000">
            <w:pPr>
              <w:spacing w:after="0"/>
            </w:pPr>
            <w:r w:rsidRPr="00F41CB4">
              <w:rPr>
                <w:b/>
              </w:rPr>
              <w:t>Povinné předškolní vzdělávání</w:t>
            </w:r>
          </w:p>
        </w:tc>
        <w:tc>
          <w:tcPr>
            <w:tcW w:w="6350" w:type="dxa"/>
            <w:tcMar>
              <w:top w:w="80" w:type="dxa"/>
              <w:left w:w="100" w:type="dxa"/>
              <w:bottom w:w="80" w:type="dxa"/>
              <w:right w:w="100" w:type="dxa"/>
            </w:tcMar>
            <w:vAlign w:val="center"/>
          </w:tcPr>
          <w:p w14:paraId="364A793E" w14:textId="77777777" w:rsidR="00930872" w:rsidRPr="00F41CB4" w:rsidRDefault="00000000">
            <w:pPr>
              <w:spacing w:after="0"/>
            </w:pPr>
            <w:r w:rsidRPr="00F41CB4">
              <w:t>8:00–12:00 v pracovních dnech</w:t>
            </w:r>
          </w:p>
        </w:tc>
      </w:tr>
      <w:tr w:rsidR="00930872" w:rsidRPr="00F41CB4" w14:paraId="251BE736" w14:textId="77777777">
        <w:trPr>
          <w:jc w:val="center"/>
        </w:trPr>
        <w:tc>
          <w:tcPr>
            <w:tcW w:w="2665" w:type="dxa"/>
            <w:shd w:val="clear" w:color="auto" w:fill="EAF7FC"/>
            <w:tcMar>
              <w:top w:w="80" w:type="dxa"/>
              <w:left w:w="100" w:type="dxa"/>
              <w:bottom w:w="80" w:type="dxa"/>
              <w:right w:w="100" w:type="dxa"/>
            </w:tcMar>
            <w:vAlign w:val="center"/>
          </w:tcPr>
          <w:p w14:paraId="1B047C39" w14:textId="77777777" w:rsidR="00930872" w:rsidRPr="00F41CB4" w:rsidRDefault="00000000">
            <w:pPr>
              <w:spacing w:after="0"/>
            </w:pPr>
            <w:r w:rsidRPr="00F41CB4">
              <w:rPr>
                <w:b/>
              </w:rPr>
              <w:t>Účinnost</w:t>
            </w:r>
          </w:p>
        </w:tc>
        <w:tc>
          <w:tcPr>
            <w:tcW w:w="6350" w:type="dxa"/>
            <w:tcMar>
              <w:top w:w="80" w:type="dxa"/>
              <w:left w:w="100" w:type="dxa"/>
              <w:bottom w:w="80" w:type="dxa"/>
              <w:right w:w="100" w:type="dxa"/>
            </w:tcMar>
            <w:vAlign w:val="center"/>
          </w:tcPr>
          <w:p w14:paraId="161E57D3" w14:textId="77777777" w:rsidR="00930872" w:rsidRPr="00F41CB4" w:rsidRDefault="00000000">
            <w:pPr>
              <w:spacing w:after="0"/>
            </w:pPr>
            <w:r w:rsidRPr="00F41CB4">
              <w:t>od 1. 9. 2026</w:t>
            </w:r>
          </w:p>
        </w:tc>
      </w:tr>
    </w:tbl>
    <w:p w14:paraId="3A81C6E1" w14:textId="77777777" w:rsidR="00930872" w:rsidRPr="00F41CB4" w:rsidRDefault="00930872">
      <w:pPr>
        <w:spacing w:after="0"/>
      </w:pPr>
    </w:p>
    <w:p w14:paraId="1FB76B6D" w14:textId="77777777" w:rsidR="00930872" w:rsidRPr="00F41CB4" w:rsidRDefault="00000000">
      <w:r w:rsidRPr="00F41CB4">
        <w:t>Ředitelka mateřské školy vydává tento školní řád podle § 30 zákona č. 561/2004 Sb., školský zákon, ve znění pozdějších předpisů. Školní řád upravuje provoz a vnitřní režim školy, práva a povinnosti dětí, jejich zákonných zástupců a zaměstnanců školy a podmínky zajištění bezpečnosti, ochrany zdraví a ochrany před rizikovým chováním.</w:t>
      </w:r>
    </w:p>
    <w:p w14:paraId="5AA0E53A" w14:textId="77777777" w:rsidR="00930872" w:rsidRPr="00F41CB4" w:rsidRDefault="00000000">
      <w:pPr>
        <w:pStyle w:val="Nadpis1"/>
      </w:pPr>
      <w:r w:rsidRPr="00F41CB4">
        <w:t>1. Základní údaje a organizace školy</w:t>
      </w:r>
    </w:p>
    <w:p w14:paraId="6986B77D" w14:textId="77777777" w:rsidR="00930872" w:rsidRPr="00F41CB4" w:rsidRDefault="00000000">
      <w:pPr>
        <w:pStyle w:val="Seznamsodrkami"/>
      </w:pPr>
      <w:r w:rsidRPr="00F41CB4">
        <w:t>Mateřská škola Všejany je dvoutřídní mateřská škola. Předškolní vzdělávání se uskutečňuje podle školního vzdělávacího programu „Svět kolem nás“.</w:t>
      </w:r>
    </w:p>
    <w:p w14:paraId="703A12F2" w14:textId="77777777" w:rsidR="00930872" w:rsidRPr="00F41CB4" w:rsidRDefault="00000000">
      <w:pPr>
        <w:pStyle w:val="Seznamsodrkami"/>
      </w:pPr>
      <w:r w:rsidRPr="00F41CB4">
        <w:t>Provoz mateřské školy je v pracovních dnech od 6:15 do 16:15. Děti zpravidla přicházejí do 8:00; pozdější příchod je možný po předchozí dohodě tak, aby nebylo narušeno vzdělávání ostatních dětí.</w:t>
      </w:r>
    </w:p>
    <w:p w14:paraId="7EF5B443" w14:textId="77777777" w:rsidR="00930872" w:rsidRPr="00F41CB4" w:rsidRDefault="00000000">
      <w:pPr>
        <w:pStyle w:val="Seznamsodrkami"/>
      </w:pPr>
      <w:r w:rsidRPr="00F41CB4">
        <w:t>Pobyt dítěte v mateřské škole se řídí dohodnutým rozsahem docházky, potřebami dítěte a provozními podmínkami školy. Dítě může využít celý sjednaný rozsah provozu i tehdy, plní-li povinné předškolní vzdělávání.</w:t>
      </w:r>
    </w:p>
    <w:p w14:paraId="33117357" w14:textId="4E16D5CB" w:rsidR="00930872" w:rsidRPr="00F41CB4" w:rsidRDefault="00000000">
      <w:pPr>
        <w:pStyle w:val="Seznamsodrkami"/>
      </w:pPr>
      <w:r w:rsidRPr="00F41CB4">
        <w:t>Po obědě se děti vyzvedávají zpravidla mezi 12:15 a 12:30, v době odpočinku mezi 12:30 a</w:t>
      </w:r>
      <w:r w:rsidR="005C62CB">
        <w:t>ž</w:t>
      </w:r>
      <w:r w:rsidRPr="00F41CB4">
        <w:t xml:space="preserve"> 14:45 po předchozí dohodě</w:t>
      </w:r>
      <w:r w:rsidR="00E73C51" w:rsidRPr="00F41CB4">
        <w:t xml:space="preserve">. </w:t>
      </w:r>
      <w:r w:rsidR="00132E02" w:rsidRPr="00F41CB4">
        <w:t>V době od 14:</w:t>
      </w:r>
      <w:r w:rsidR="001D43B7" w:rsidRPr="00F41CB4">
        <w:t>45 do 16</w:t>
      </w:r>
      <w:r w:rsidR="00E37932" w:rsidRPr="00F41CB4">
        <w:t>:</w:t>
      </w:r>
      <w:r w:rsidR="001D43B7" w:rsidRPr="00F41CB4">
        <w:t>15</w:t>
      </w:r>
      <w:r w:rsidR="00E37932" w:rsidRPr="00F41CB4">
        <w:t xml:space="preserve"> </w:t>
      </w:r>
      <w:r w:rsidR="001D43B7" w:rsidRPr="00F41CB4">
        <w:t>kdy</w:t>
      </w:r>
      <w:r w:rsidR="00E37932" w:rsidRPr="00F41CB4">
        <w:t>koliv.</w:t>
      </w:r>
    </w:p>
    <w:p w14:paraId="3F8293F7" w14:textId="77777777" w:rsidR="00930872" w:rsidRPr="00F41CB4" w:rsidRDefault="00000000">
      <w:pPr>
        <w:pStyle w:val="Nadpis2"/>
      </w:pPr>
      <w:r w:rsidRPr="00F41CB4">
        <w:t>Omezení nebo přerušení provozu</w:t>
      </w:r>
    </w:p>
    <w:p w14:paraId="0F734FE3" w14:textId="4E6CE90E" w:rsidR="00930872" w:rsidRPr="00F41CB4" w:rsidRDefault="00000000">
      <w:r w:rsidRPr="00F41CB4">
        <w:t xml:space="preserve">Rozsah omezení nebo přerušení provozu v červenci a srpnu stanoví ředitelka po projednání se zřizovatelem a zveřejní jej nejméně dva měsíce předem. Škola je o letních prázdninách zpravidla v provozu posledních deset pracovních dnů; konkrétní režim se každoročně oznamuje. V ostatních měsících lze provoz omezit nebo přerušit </w:t>
      </w:r>
      <w:r w:rsidR="002C1D38" w:rsidRPr="00F41CB4">
        <w:t xml:space="preserve">z </w:t>
      </w:r>
      <w:r w:rsidRPr="00F41CB4">
        <w:t>organizačních či technických důvodů po projednání se zřizovatelem; informaci škola zveřejní bezodkladně.</w:t>
      </w:r>
    </w:p>
    <w:p w14:paraId="55CC732F" w14:textId="77777777" w:rsidR="00930872" w:rsidRPr="00F41CB4" w:rsidRDefault="00000000">
      <w:pPr>
        <w:pStyle w:val="Nadpis1"/>
      </w:pPr>
      <w:r w:rsidRPr="00F41CB4">
        <w:t>2. Přijímání dětí a ukončení předškolního vzdělávání</w:t>
      </w:r>
    </w:p>
    <w:p w14:paraId="1F6BA300" w14:textId="77777777" w:rsidR="00930872" w:rsidRPr="00F41CB4" w:rsidRDefault="00000000">
      <w:pPr>
        <w:pStyle w:val="Nadpis2"/>
      </w:pPr>
      <w:r w:rsidRPr="00F41CB4">
        <w:t>Přijímání</w:t>
      </w:r>
    </w:p>
    <w:p w14:paraId="7F58F111" w14:textId="338A0AC4" w:rsidR="00930872" w:rsidRPr="00F41CB4" w:rsidRDefault="00000000">
      <w:r w:rsidRPr="00F41CB4">
        <w:t>O přijetí dítěte rozhoduje ředitelka ve správním řízení podle vyhlášených kritérií. Zápis k předškolnímu vzdělávání pro následující školní rok se koná</w:t>
      </w:r>
      <w:r w:rsidR="00F55839">
        <w:t xml:space="preserve"> </w:t>
      </w:r>
      <w:r w:rsidR="006C519F" w:rsidRPr="00F41CB4">
        <w:t>v u</w:t>
      </w:r>
      <w:r w:rsidR="00127FA1" w:rsidRPr="00F41CB4">
        <w:t>rčených dnech</w:t>
      </w:r>
      <w:r w:rsidRPr="00F41CB4">
        <w:t xml:space="preserve"> v období od března do dubna; konkrétní termín škola zveřejní způsobem v místě obvyklým. Při přijímání se uplatní zákonná přednost dětí, které před začátkem školního roku dosáhnou nejméně třetího roku věku a mají místo trvalého pobytu ve spádovém obvodu školy</w:t>
      </w:r>
      <w:r w:rsidR="003778E2">
        <w:t>.</w:t>
      </w:r>
    </w:p>
    <w:p w14:paraId="1225109D" w14:textId="77777777" w:rsidR="00930872" w:rsidRPr="00F41CB4" w:rsidRDefault="00000000">
      <w:r w:rsidRPr="00F41CB4">
        <w:t>Před nástupem dítěte zákonný zástupce doloží údaje a doklady požadované právními předpisy. Podmínka pravidelného očkování, imunity nebo kontraindikace se nevztahuje na dítě, pro které je předškolní vzdělávání povinné. Dítě mladší tří let nemá na přijetí právní nárok. Ředitelka může při přijetí stanovit zkušební pobyt nejvýše na tři měsíce.</w:t>
      </w:r>
    </w:p>
    <w:p w14:paraId="32FB1F31" w14:textId="77777777" w:rsidR="00930872" w:rsidRPr="00F41CB4" w:rsidRDefault="00000000">
      <w:pPr>
        <w:pStyle w:val="Nadpis2"/>
      </w:pPr>
      <w:r w:rsidRPr="00F41CB4">
        <w:t>Ukončení vzdělávání</w:t>
      </w:r>
    </w:p>
    <w:p w14:paraId="66E87191" w14:textId="5D2DEC55" w:rsidR="00930872" w:rsidRDefault="00000000">
      <w:r w:rsidRPr="00F41CB4">
        <w:t xml:space="preserve">Ředitelka může po předchozím písemném upozornění zákonného zástupce rozhodnout o ukončení předškolního vzdělávání pouze z důvodů stanovených § 35 školského zákona, zejména při neomluvené nepřetržité nepřítomnosti delší než dva týdny, při závažném a opakovaném narušování provozu zákonným zástupcem, během zkušebního pobytu na doporučení lékaře nebo školského poradenského zařízení, anebo při opakovaném neuhrazení </w:t>
      </w:r>
      <w:r w:rsidRPr="004C6595">
        <w:t>úp</w:t>
      </w:r>
      <w:r w:rsidR="006C0B02">
        <w:t>laty za školné</w:t>
      </w:r>
      <w:r w:rsidRPr="00F41CB4">
        <w:t xml:space="preserve"> či stravné bez dohody o úhradě. Vzdělávání nelze z těchto důvodů ukončit dítěti, pro které je předškolní vzdělávání povinné.</w:t>
      </w:r>
    </w:p>
    <w:p w14:paraId="06174538" w14:textId="77777777" w:rsidR="00570023" w:rsidRPr="00F41CB4" w:rsidRDefault="00570023"/>
    <w:p w14:paraId="7E59AE8D" w14:textId="77777777" w:rsidR="00930872" w:rsidRPr="00F41CB4" w:rsidRDefault="00000000">
      <w:pPr>
        <w:pStyle w:val="Nadpis1"/>
      </w:pPr>
      <w:r w:rsidRPr="00F41CB4">
        <w:lastRenderedPageBreak/>
        <w:t>3. Povinné předškolní vzdělávání</w:t>
      </w:r>
    </w:p>
    <w:p w14:paraId="518A401F" w14:textId="77777777" w:rsidR="00930872" w:rsidRPr="00F41CB4" w:rsidRDefault="00000000">
      <w:r w:rsidRPr="00F41CB4">
        <w:t>Povinné předškolní vzdělávání se vztahuje na dítě od počátku školního roku, který následuje po dni, kdy dítě dosáhne pátého roku věku, až do zahájení povinné školní docházky. Nevztahuje se na dítě s hlubokým mentálním postižením.</w:t>
      </w:r>
    </w:p>
    <w:p w14:paraId="3FCACA7D" w14:textId="77777777" w:rsidR="00930872" w:rsidRPr="00F41CB4" w:rsidRDefault="00000000">
      <w:pPr>
        <w:pStyle w:val="Nadpis2"/>
      </w:pPr>
      <w:r w:rsidRPr="00F41CB4">
        <w:t>Rozsah a čas</w:t>
      </w:r>
    </w:p>
    <w:p w14:paraId="61C70675" w14:textId="77777777" w:rsidR="00930872" w:rsidRPr="00F41CB4" w:rsidRDefault="00000000">
      <w:r w:rsidRPr="00F41CB4">
        <w:t>Povinné předškolní vzdělávání formou pravidelné denní docházky probíhá v pracovních dnech v nepřetržitém rozsahu čtyř hodin od 8:00 do 12:00. Povinnost se nevztahuje na období školních prázdnin podle organizace školního roku; právo dítěte vzdělávat se ve škole po tuto dobu tím není dotčeno.</w:t>
      </w:r>
    </w:p>
    <w:p w14:paraId="2B4FA9AC" w14:textId="77777777" w:rsidR="00930872" w:rsidRPr="00F41CB4" w:rsidRDefault="00000000">
      <w:pPr>
        <w:pStyle w:val="Nadpis2"/>
      </w:pPr>
      <w:r w:rsidRPr="00F41CB4">
        <w:t>Omlouvání a uvolňování</w:t>
      </w:r>
    </w:p>
    <w:p w14:paraId="2A2CE5EE" w14:textId="0D96E6D9" w:rsidR="00930872" w:rsidRPr="00F41CB4" w:rsidRDefault="00000000">
      <w:pPr>
        <w:pStyle w:val="slovanseznam"/>
        <w:numPr>
          <w:ilvl w:val="0"/>
          <w:numId w:val="10"/>
        </w:numPr>
      </w:pPr>
      <w:r w:rsidRPr="00F41CB4">
        <w:t>Zákonný zástupce oznámí neočekávanou nepřítomnost</w:t>
      </w:r>
      <w:r w:rsidR="0070562C">
        <w:t xml:space="preserve"> dítěte</w:t>
      </w:r>
      <w:r w:rsidRPr="00F41CB4">
        <w:t xml:space="preserve"> bez zbytečného odkladu, nejpozději do </w:t>
      </w:r>
      <w:r w:rsidR="007E07AF" w:rsidRPr="007E07AF">
        <w:t>7</w:t>
      </w:r>
      <w:r w:rsidRPr="007E07AF">
        <w:t>:</w:t>
      </w:r>
      <w:r w:rsidR="007E07AF" w:rsidRPr="007E07AF">
        <w:t>3</w:t>
      </w:r>
      <w:r w:rsidRPr="007E07AF">
        <w:t>0</w:t>
      </w:r>
      <w:r w:rsidRPr="00F41CB4">
        <w:t xml:space="preserve"> prvního dne nepřítomnosti, telefonicky nebo SMS na kontakt školy. Uvede jméno dítěte a předpokládanou dobu nepřítomnosti.</w:t>
      </w:r>
    </w:p>
    <w:p w14:paraId="177DA904" w14:textId="247D3FDC" w:rsidR="00930872" w:rsidRPr="00F41CB4" w:rsidRDefault="00000000">
      <w:pPr>
        <w:pStyle w:val="slovanseznam"/>
        <w:numPr>
          <w:ilvl w:val="0"/>
          <w:numId w:val="10"/>
        </w:numPr>
      </w:pPr>
      <w:r w:rsidRPr="00F41CB4">
        <w:t xml:space="preserve">Po návratu </w:t>
      </w:r>
      <w:r w:rsidRPr="008E207E">
        <w:t>dítěte</w:t>
      </w:r>
      <w:r w:rsidRPr="00F41CB4">
        <w:t xml:space="preserve"> zákonný zástupce zapíše do omluvného listu datum nebo rozsah nepřítomnosti, stručný důvod a připojí podpis. Omluvný list</w:t>
      </w:r>
      <w:r w:rsidR="008C7989">
        <w:t xml:space="preserve"> si vyžádá u</w:t>
      </w:r>
      <w:r w:rsidRPr="00F41CB4">
        <w:t xml:space="preserve"> </w:t>
      </w:r>
      <w:r w:rsidRPr="0067511B">
        <w:t>třídní učitel</w:t>
      </w:r>
      <w:r w:rsidR="0067511B">
        <w:t>ky</w:t>
      </w:r>
      <w:r w:rsidR="008E207E">
        <w:t>.</w:t>
      </w:r>
      <w:r w:rsidRPr="0067511B">
        <w:t xml:space="preserve"> </w:t>
      </w:r>
    </w:p>
    <w:p w14:paraId="4AC9B1DB" w14:textId="75A76A4D" w:rsidR="00930872" w:rsidRPr="00F41CB4" w:rsidRDefault="00000000">
      <w:pPr>
        <w:pStyle w:val="slovanseznam"/>
        <w:numPr>
          <w:ilvl w:val="0"/>
          <w:numId w:val="10"/>
        </w:numPr>
      </w:pPr>
      <w:r w:rsidRPr="00F41CB4">
        <w:t xml:space="preserve">Předem známou nepřítomnost oznámí zákonný zástupce před jejím začátkem. U nepřítomnosti </w:t>
      </w:r>
      <w:r w:rsidR="007A25BB" w:rsidRPr="00F41CB4">
        <w:t>delší,</w:t>
      </w:r>
      <w:r w:rsidRPr="00F41CB4">
        <w:t xml:space="preserve"> než pět pracovních dnů požádá předem písemně o uvolnění ředitelku školy; v naléhavém případě lze žádost doplnit dodatečně.</w:t>
      </w:r>
    </w:p>
    <w:p w14:paraId="36B8E943" w14:textId="77777777" w:rsidR="00930872" w:rsidRPr="00F41CB4" w:rsidRDefault="00000000">
      <w:pPr>
        <w:pStyle w:val="slovanseznam"/>
        <w:numPr>
          <w:ilvl w:val="0"/>
          <w:numId w:val="10"/>
        </w:numPr>
      </w:pPr>
      <w:r w:rsidRPr="00F41CB4">
        <w:t>Ředitelka je oprávněna požadovat doložení důvodů nepřítomnosti. Zákonný zástupce je doloží nejpozději do tří dnů ode dne výzvy. Lékařské potvrzení se nevyžaduje automaticky; může být požadováno pouze přiměřeně konkrétním okolnostem.</w:t>
      </w:r>
    </w:p>
    <w:p w14:paraId="6ED98CD9" w14:textId="77777777" w:rsidR="00930872" w:rsidRPr="00F41CB4" w:rsidRDefault="00000000">
      <w:pPr>
        <w:pStyle w:val="slovanseznam"/>
        <w:numPr>
          <w:ilvl w:val="0"/>
          <w:numId w:val="10"/>
        </w:numPr>
      </w:pPr>
      <w:r w:rsidRPr="00F41CB4">
        <w:t>Není-li nepřítomnost omluvena podle těchto pravidel nebo není-li na výzvu doložen její důvod, škola ji eviduje jako neomluvenou a postupuje v součinnosti se zákonným zástupcem, případně s příslušnými orgány ochrany dítěte.</w:t>
      </w:r>
    </w:p>
    <w:p w14:paraId="2AFD550C" w14:textId="77777777" w:rsidR="00930872" w:rsidRPr="00F41CB4" w:rsidRDefault="00000000">
      <w:r w:rsidRPr="00F41CB4">
        <w:t>Škola průběžně eviduje omluvené a neomluvené zameškané dny povinného předškolního vzdělávání ve školní matrice a předává je v rozsahu stanoveném právními předpisy.</w:t>
      </w:r>
    </w:p>
    <w:p w14:paraId="53B47CB5" w14:textId="77777777" w:rsidR="00930872" w:rsidRPr="00F41CB4" w:rsidRDefault="00000000">
      <w:pPr>
        <w:pStyle w:val="Nadpis2"/>
      </w:pPr>
      <w:r w:rsidRPr="00F41CB4">
        <w:t>Jiné způsoby plnění</w:t>
      </w:r>
    </w:p>
    <w:p w14:paraId="4E21134E" w14:textId="77777777" w:rsidR="00930872" w:rsidRPr="00F41CB4" w:rsidRDefault="00000000">
      <w:r w:rsidRPr="00F41CB4">
        <w:t>Povinné předškolní vzdělávání lze plnit také individuálním vzděláváním, vzděláváním v přípravné třídě základní školy nebo ve třídě přípravného stupně základní školy speciální, popřípadě vzděláváním v zahraniční škole na území České republiky, ve které ministerstvo povolilo plnění povinného předškolního vzdělávání.</w:t>
      </w:r>
    </w:p>
    <w:p w14:paraId="65EE7239" w14:textId="77777777" w:rsidR="00930872" w:rsidRPr="00F41CB4" w:rsidRDefault="00000000">
      <w:pPr>
        <w:pStyle w:val="Nadpis2"/>
      </w:pPr>
      <w:r w:rsidRPr="00F41CB4">
        <w:t>Individuální vzdělávání</w:t>
      </w:r>
    </w:p>
    <w:p w14:paraId="07A0DB36" w14:textId="77777777" w:rsidR="00930872" w:rsidRPr="00F41CB4" w:rsidRDefault="00000000">
      <w:r w:rsidRPr="00F41CB4">
        <w:t>Zákonný zástupce oznámí individuální vzdělávání písemně nejpozději tři měsíce před začátkem školního roku, nebo v průběhu školního roku ode dne doručení oznámení. Škola doporučí oblasti, v nichž má být dítě vzděláváno. Ověření úrovně osvojování očekávaných výstupů proběhne vždy druhé pondělí v listopadu; náhradní termín je první pondělí v prosinci. Konkrétní čas škola sdělí zákonnému zástupci. Nezajistí-li zákonný zástupce účast dítěte ani v náhradním termínu, ředitelka individuální vzdělávání ukončí rozhodnutím; odvolání nemá odkladný účinek.</w:t>
      </w:r>
    </w:p>
    <w:p w14:paraId="41066CAD" w14:textId="77777777" w:rsidR="00930872" w:rsidRPr="00F41CB4" w:rsidRDefault="00000000">
      <w:pPr>
        <w:pStyle w:val="Nadpis2"/>
      </w:pPr>
      <w:r w:rsidRPr="00F41CB4">
        <w:t>Distanční vzdělávání</w:t>
      </w:r>
    </w:p>
    <w:p w14:paraId="2E83FC52" w14:textId="77777777" w:rsidR="00930872" w:rsidRPr="00F41CB4" w:rsidRDefault="00000000">
      <w:r w:rsidRPr="00F41CB4">
        <w:t>Vznikne-li škole zákonná povinnost poskytovat vzdělávání distančním způsobem z důvodu krizového opatření, mimořádného opatření nebo karantény, poskytne je dětem, pro které je předškolní vzdělávání povinné. Zákonný zástupce vytvoří podmínky pro účast dítěte; způsob komunikace a zadávání činností škola přizpůsobí možnostem rodiny.</w:t>
      </w:r>
    </w:p>
    <w:p w14:paraId="1873969B" w14:textId="77777777" w:rsidR="00930872" w:rsidRPr="00F41CB4" w:rsidRDefault="00000000">
      <w:pPr>
        <w:pStyle w:val="Nadpis1"/>
      </w:pPr>
      <w:r w:rsidRPr="00F41CB4">
        <w:t>4. Docházka, předávání dětí a stravování</w:t>
      </w:r>
    </w:p>
    <w:p w14:paraId="2565705B" w14:textId="77777777" w:rsidR="00930872" w:rsidRPr="00F41CB4" w:rsidRDefault="00000000">
      <w:pPr>
        <w:pStyle w:val="Nadpis2"/>
      </w:pPr>
      <w:r w:rsidRPr="00F41CB4">
        <w:t>Příchod a předávání</w:t>
      </w:r>
    </w:p>
    <w:p w14:paraId="3F9427CE" w14:textId="77777777" w:rsidR="00930872" w:rsidRPr="00F41CB4" w:rsidRDefault="00000000">
      <w:pPr>
        <w:pStyle w:val="Seznamsodrkami"/>
      </w:pPr>
      <w:r w:rsidRPr="00F41CB4">
        <w:t xml:space="preserve">Zákonný zástupce nebo jím pověřená osoba předá dítě osobně pedagogickému pracovníkovi. </w:t>
      </w:r>
      <w:r w:rsidRPr="005C015D">
        <w:t>Nestačí</w:t>
      </w:r>
      <w:r w:rsidRPr="00F41CB4">
        <w:t xml:space="preserve"> ponechat dítě v šatně nebo u vstupu.</w:t>
      </w:r>
    </w:p>
    <w:p w14:paraId="31C7CE06" w14:textId="017ACB38" w:rsidR="00930872" w:rsidRPr="00F41CB4" w:rsidRDefault="00000000">
      <w:pPr>
        <w:pStyle w:val="Seznamsodrkami"/>
      </w:pPr>
      <w:r w:rsidRPr="00F41CB4">
        <w:t xml:space="preserve">Škola vykonává </w:t>
      </w:r>
      <w:r w:rsidRPr="00AD708B">
        <w:t>dohled</w:t>
      </w:r>
      <w:r w:rsidRPr="00F41CB4">
        <w:t xml:space="preserve"> od převzetí dítěte pedagogickým pracovníkem do jeho předání zákonnému zástupci nebo písemně pověřené osobě. Rozsah a platnost pověření určí zákonný zástupce </w:t>
      </w:r>
      <w:r w:rsidRPr="00AD708B">
        <w:t>písemně</w:t>
      </w:r>
      <w:r w:rsidRPr="00F41CB4">
        <w:t>.</w:t>
      </w:r>
    </w:p>
    <w:p w14:paraId="41F9C8A3" w14:textId="77777777" w:rsidR="002B02AA" w:rsidRDefault="00000000">
      <w:pPr>
        <w:pStyle w:val="Seznamsodrkami"/>
      </w:pPr>
      <w:r w:rsidRPr="00F41CB4">
        <w:t>Zákonný zástupce vyzvedne dítě nejpozději do 16:15. Při zpoždění</w:t>
      </w:r>
      <w:r w:rsidR="003F227C">
        <w:t xml:space="preserve"> zákonného zástupce</w:t>
      </w:r>
      <w:r w:rsidR="00717138">
        <w:t xml:space="preserve"> nebo jím </w:t>
      </w:r>
      <w:r w:rsidR="00FB621E">
        <w:t>pověřené osoby</w:t>
      </w:r>
      <w:r w:rsidR="00A52E7B">
        <w:t xml:space="preserve"> při vyzvedává</w:t>
      </w:r>
      <w:r w:rsidR="003F227C">
        <w:t>ní</w:t>
      </w:r>
      <w:r w:rsidR="00604D12">
        <w:t xml:space="preserve"> dítěte</w:t>
      </w:r>
      <w:r w:rsidRPr="00F41CB4">
        <w:t xml:space="preserve"> neprodleně kontaktuje školu. </w:t>
      </w:r>
    </w:p>
    <w:p w14:paraId="59377AE5" w14:textId="0BB56D73" w:rsidR="00930872" w:rsidRPr="00F41CB4" w:rsidRDefault="00000000">
      <w:pPr>
        <w:pStyle w:val="Seznamsodrkami"/>
      </w:pPr>
      <w:r w:rsidRPr="00F41CB4">
        <w:lastRenderedPageBreak/>
        <w:t>Nedaří-li se po skončení provozu kontaktovat žádnou oprávněnou osobu, škola postupuje podle doporučeného krizového postupu a může požádat o součinnost orgán sociálně-právní ochrany dětí nebo Policii ČR.</w:t>
      </w:r>
    </w:p>
    <w:p w14:paraId="40727E4E" w14:textId="77777777" w:rsidR="00930872" w:rsidRPr="00F41CB4" w:rsidRDefault="00000000">
      <w:pPr>
        <w:pStyle w:val="Seznamsodrkami"/>
      </w:pPr>
      <w:r w:rsidRPr="00F41CB4">
        <w:t>Při nástupu se dítěti podle potřeby nastaví adaptační režim ve spolupráci rodiny a školy.</w:t>
      </w:r>
    </w:p>
    <w:p w14:paraId="03644B62" w14:textId="77777777" w:rsidR="00930872" w:rsidRPr="00F41CB4" w:rsidRDefault="00000000">
      <w:pPr>
        <w:pStyle w:val="Nadpis2"/>
      </w:pPr>
      <w:r w:rsidRPr="00F41CB4">
        <w:t>Stravování</w:t>
      </w:r>
    </w:p>
    <w:p w14:paraId="694710E0" w14:textId="77777777" w:rsidR="00815AB1" w:rsidRDefault="00000000">
      <w:r w:rsidRPr="00F41CB4">
        <w:t>Školní stravování se poskytuje podle právních předpisů a vnitřního řádu školní jídelny. Přihlašování a odhlašování stravy se provádí nejpozději předchozí pracovní den do 16:00; při náhlém onemocnění lze odhlásit stravu</w:t>
      </w:r>
      <w:r w:rsidR="00823182">
        <w:t xml:space="preserve"> telefonicky nebo</w:t>
      </w:r>
      <w:r w:rsidRPr="00F41CB4">
        <w:t xml:space="preserve"> SMS</w:t>
      </w:r>
      <w:r w:rsidR="00823182">
        <w:t xml:space="preserve"> na kontakt školy</w:t>
      </w:r>
      <w:r w:rsidRPr="00F41CB4">
        <w:t xml:space="preserve"> nejpozději do 7:15. </w:t>
      </w:r>
    </w:p>
    <w:p w14:paraId="036CD578" w14:textId="77777777" w:rsidR="00F7391D" w:rsidRDefault="00000000">
      <w:r w:rsidRPr="00F41CB4">
        <w:t xml:space="preserve">Neodhlášenou stravu lze za podmínek vnitřního řádu odebrat do vlastních nádob pouze první den neplánované nepřítomnosti, </w:t>
      </w:r>
      <w:r w:rsidRPr="00815AB1">
        <w:t>zpravidla</w:t>
      </w:r>
      <w:r w:rsidRPr="00F41CB4">
        <w:t xml:space="preserve"> </w:t>
      </w:r>
      <w:r w:rsidR="00815AB1">
        <w:t>od 1</w:t>
      </w:r>
      <w:r w:rsidR="00C14C30">
        <w:t>1</w:t>
      </w:r>
      <w:r w:rsidR="00815AB1">
        <w:t>:</w:t>
      </w:r>
      <w:r w:rsidR="00C14C30">
        <w:t xml:space="preserve">00 </w:t>
      </w:r>
      <w:r w:rsidRPr="00F41CB4">
        <w:t>do 11:15.</w:t>
      </w:r>
    </w:p>
    <w:p w14:paraId="39ACA84C" w14:textId="01461ED6" w:rsidR="00930872" w:rsidRPr="00F41CB4" w:rsidRDefault="00000000">
      <w:r w:rsidRPr="00F41CB4">
        <w:t>Úhrada, vyúčtování a další pravidla se řídí pokyny školní jídelny.</w:t>
      </w:r>
    </w:p>
    <w:p w14:paraId="2FC14034" w14:textId="77777777" w:rsidR="00930872" w:rsidRPr="00F41CB4" w:rsidRDefault="00000000">
      <w:pPr>
        <w:pStyle w:val="Nadpis1"/>
      </w:pPr>
      <w:r w:rsidRPr="00F41CB4">
        <w:t>5. Úplata za předškolní vzdělávání</w:t>
      </w:r>
    </w:p>
    <w:p w14:paraId="23C8E781" w14:textId="67D9552D" w:rsidR="00930872" w:rsidRPr="00F41CB4" w:rsidRDefault="00000000">
      <w:r w:rsidRPr="00F41CB4">
        <w:t>Měsíční výši úplaty pro příslušný školní rok stanoví zřizovatel a škola ji zveřejní</w:t>
      </w:r>
      <w:r w:rsidR="00800FE5">
        <w:t xml:space="preserve"> na začátku školní</w:t>
      </w:r>
      <w:r w:rsidR="00C40E5F">
        <w:t>ho roku</w:t>
      </w:r>
      <w:r w:rsidRPr="00F41CB4">
        <w:t xml:space="preserve">. </w:t>
      </w:r>
      <w:r w:rsidR="00704E51">
        <w:t>Úplata za školné</w:t>
      </w:r>
      <w:r w:rsidRPr="00F41CB4">
        <w:t xml:space="preserve"> je splatná do 15. dne příslušného měsíce, nedohodne-li ředitelka se zákonným zástupcem jiný termín nebo způsob úhrady. Vzdělávání se poskytuje bezúplatně dítěti od počátku školního roku, který následuje po dni, kdy dosáhne pěti let, včetně dítěte s odkladem povinné školní docházky.</w:t>
      </w:r>
    </w:p>
    <w:p w14:paraId="6D6606D1" w14:textId="77777777" w:rsidR="00930872" w:rsidRPr="00F41CB4" w:rsidRDefault="00000000">
      <w:r w:rsidRPr="00F41CB4">
        <w:t>Ředitelka na žádost rozhodne o osvobození od úplaty v případech stanovených § 6 vyhlášky č. 14/2005 Sb., zejména při doloženém nároku souvisejícím s dávkou státní sociální pomoci, zvýšeným příspěvkem na péči nebo dávkami pěstounské péče. Zákonný zástupce doloží rozhodné skutečnosti a bezodkladně oznámí jejich změnu. Ředitelka může v jednotlivém případě úplatu také snížit nebo prominout podle školského zákona.</w:t>
      </w:r>
    </w:p>
    <w:p w14:paraId="7E2080A6" w14:textId="77777777" w:rsidR="00930872" w:rsidRPr="00F41CB4" w:rsidRDefault="00000000">
      <w:r w:rsidRPr="00F41CB4">
        <w:t>Je-li provoz v kalendářním měsíci omezen nebo přerušen déle než pět vyučovacích dnů, sníží se úplata poměrně podle rozsahu omezení. Novou výši úplaty škola zveřejní před splatností.</w:t>
      </w:r>
    </w:p>
    <w:p w14:paraId="3FF462E8" w14:textId="77777777" w:rsidR="00930872" w:rsidRPr="00F41CB4" w:rsidRDefault="00000000">
      <w:pPr>
        <w:pStyle w:val="Nadpis1"/>
      </w:pPr>
      <w:r w:rsidRPr="00F41CB4">
        <w:t>6. Práva a povinnosti dětí</w:t>
      </w:r>
    </w:p>
    <w:p w14:paraId="1D8328D6" w14:textId="77777777" w:rsidR="00930872" w:rsidRPr="00F41CB4" w:rsidRDefault="00000000">
      <w:pPr>
        <w:pStyle w:val="Nadpis2"/>
      </w:pPr>
      <w:r w:rsidRPr="00F41CB4">
        <w:t>Dítě má právo zejména</w:t>
      </w:r>
    </w:p>
    <w:p w14:paraId="4BC26951" w14:textId="77777777" w:rsidR="00930872" w:rsidRPr="00F41CB4" w:rsidRDefault="00000000">
      <w:pPr>
        <w:pStyle w:val="Seznamsodrkami"/>
      </w:pPr>
      <w:r w:rsidRPr="00F41CB4">
        <w:t>na vzdělávání, rozvoj osobnosti, respektování individuálních potřeb a rovné zacházení bez diskriminace;</w:t>
      </w:r>
    </w:p>
    <w:p w14:paraId="7C4F1E84" w14:textId="77777777" w:rsidR="00930872" w:rsidRPr="00F41CB4" w:rsidRDefault="00000000">
      <w:pPr>
        <w:pStyle w:val="Seznamsodrkami"/>
      </w:pPr>
      <w:r w:rsidRPr="00F41CB4">
        <w:t>na bezpečné, podnětné a emočně příznivé prostředí, ochranu zdraví, důstojnosti a soukromí;</w:t>
      </w:r>
    </w:p>
    <w:p w14:paraId="0252A2D8" w14:textId="77777777" w:rsidR="00930872" w:rsidRPr="00F41CB4" w:rsidRDefault="00000000">
      <w:pPr>
        <w:pStyle w:val="Seznamsodrkami"/>
      </w:pPr>
      <w:r w:rsidRPr="00F41CB4">
        <w:t>na ochranu před násilím, šikanou, zanedbáváním, diskriminací a dalšími formami rizikového chování;</w:t>
      </w:r>
    </w:p>
    <w:p w14:paraId="373DF9BB" w14:textId="77777777" w:rsidR="00930872" w:rsidRPr="00F41CB4" w:rsidRDefault="00000000">
      <w:pPr>
        <w:pStyle w:val="Seznamsodrkami"/>
      </w:pPr>
      <w:r w:rsidRPr="00F41CB4">
        <w:t>na podpůrná opatření a poradenskou pomoc odpovídající jeho vzdělávacím potřebám;</w:t>
      </w:r>
    </w:p>
    <w:p w14:paraId="5FA25CCA" w14:textId="77777777" w:rsidR="00930872" w:rsidRPr="00F41CB4" w:rsidRDefault="00000000">
      <w:pPr>
        <w:pStyle w:val="Seznamsodrkami"/>
      </w:pPr>
      <w:r w:rsidRPr="00F41CB4">
        <w:t>vyjádřit přiměřeně věku svůj názor a být slyšeno ve věcech, které se jej týkají;</w:t>
      </w:r>
    </w:p>
    <w:p w14:paraId="72CEAAC4" w14:textId="77777777" w:rsidR="00930872" w:rsidRPr="00F41CB4" w:rsidRDefault="00000000">
      <w:pPr>
        <w:pStyle w:val="Seznamsodrkami"/>
      </w:pPr>
      <w:r w:rsidRPr="00F41CB4">
        <w:t>na hru, odpočinek, pohyb a postupnou adaptaci na prostředí školy.</w:t>
      </w:r>
    </w:p>
    <w:p w14:paraId="7D7A04EE" w14:textId="77777777" w:rsidR="00930872" w:rsidRPr="00F41CB4" w:rsidRDefault="00000000">
      <w:pPr>
        <w:pStyle w:val="Nadpis2"/>
      </w:pPr>
      <w:r w:rsidRPr="00F41CB4">
        <w:t>Dítě je vedeno zejména k tomu</w:t>
      </w:r>
    </w:p>
    <w:p w14:paraId="4D1C15AC" w14:textId="77777777" w:rsidR="00930872" w:rsidRPr="00F41CB4" w:rsidRDefault="00000000">
      <w:pPr>
        <w:pStyle w:val="Seznamsodrkami"/>
      </w:pPr>
      <w:r w:rsidRPr="00F41CB4">
        <w:t>respektovat společně dohodnutá pravidla, pokyny pedagogických pracovníků a práva ostatních;</w:t>
      </w:r>
    </w:p>
    <w:p w14:paraId="49784106" w14:textId="77777777" w:rsidR="00930872" w:rsidRPr="00F41CB4" w:rsidRDefault="00000000">
      <w:pPr>
        <w:pStyle w:val="Seznamsodrkami"/>
      </w:pPr>
      <w:r w:rsidRPr="00F41CB4">
        <w:t>chovat se ohleduplně, nenásilně a bezpečně a oznámit dospělému situaci, která je nebezpečná nebo nepříjemná;</w:t>
      </w:r>
    </w:p>
    <w:p w14:paraId="25635F58" w14:textId="77777777" w:rsidR="00930872" w:rsidRPr="00F41CB4" w:rsidRDefault="00000000">
      <w:pPr>
        <w:pStyle w:val="Seznamsodrkami"/>
      </w:pPr>
      <w:r w:rsidRPr="00F41CB4">
        <w:t>zacházet šetrně s hračkami, pomůckami, vybavením a osobními věcmi a udržovat přiměřený pořádek;</w:t>
      </w:r>
    </w:p>
    <w:p w14:paraId="704D767A" w14:textId="77777777" w:rsidR="00930872" w:rsidRPr="00F41CB4" w:rsidRDefault="00000000">
      <w:pPr>
        <w:pStyle w:val="Seznamsodrkami"/>
      </w:pPr>
      <w:r w:rsidRPr="00F41CB4">
        <w:t>dbát podle věku a schopností o hygienu, své zdraví a bezpečný pohyb v prostorách školy i mimo ně.</w:t>
      </w:r>
    </w:p>
    <w:p w14:paraId="66C71968" w14:textId="77777777" w:rsidR="00930872" w:rsidRPr="00F41CB4" w:rsidRDefault="00000000">
      <w:pPr>
        <w:pStyle w:val="Nadpis1"/>
      </w:pPr>
      <w:r w:rsidRPr="00F41CB4">
        <w:t>7. Práva a povinnosti zákonných zástupců</w:t>
      </w:r>
    </w:p>
    <w:p w14:paraId="7F26AAFB" w14:textId="77777777" w:rsidR="00930872" w:rsidRPr="00F41CB4" w:rsidRDefault="00000000">
      <w:pPr>
        <w:pStyle w:val="Nadpis2"/>
      </w:pPr>
      <w:r w:rsidRPr="00F41CB4">
        <w:t>Zákonný zástupce má právo</w:t>
      </w:r>
    </w:p>
    <w:p w14:paraId="097A5739" w14:textId="77777777" w:rsidR="00930872" w:rsidRPr="00F41CB4" w:rsidRDefault="00000000">
      <w:pPr>
        <w:pStyle w:val="Seznamsodrkami"/>
      </w:pPr>
      <w:r w:rsidRPr="00F41CB4">
        <w:t>na informace o průběhu a výsledcích vzdělávání dítěte a na poradenskou pomoc školy;</w:t>
      </w:r>
    </w:p>
    <w:p w14:paraId="3570D8E2" w14:textId="77777777" w:rsidR="00930872" w:rsidRPr="00F41CB4" w:rsidRDefault="00000000">
      <w:pPr>
        <w:pStyle w:val="Seznamsodrkami"/>
      </w:pPr>
      <w:r w:rsidRPr="00F41CB4">
        <w:t xml:space="preserve">vyjadřovat se k podstatným záležitostem vzdělávání, podávat podněty a </w:t>
      </w:r>
      <w:r w:rsidRPr="00570023">
        <w:t>účastnit</w:t>
      </w:r>
      <w:r w:rsidRPr="00F41CB4">
        <w:t xml:space="preserve"> se po dohodě vzdělávacích činností, nebrání-li tomu ochrana práv ostatních dětí a provoz školy;</w:t>
      </w:r>
    </w:p>
    <w:p w14:paraId="453D3243" w14:textId="77777777" w:rsidR="00930872" w:rsidRPr="00F41CB4" w:rsidRDefault="00000000">
      <w:pPr>
        <w:pStyle w:val="Seznamsodrkami"/>
      </w:pPr>
      <w:r w:rsidRPr="00F41CB4">
        <w:t>na diskrétní zacházení s osobními údaji a informacemi o dítěti a rodině;</w:t>
      </w:r>
    </w:p>
    <w:p w14:paraId="57BE1E36" w14:textId="77777777" w:rsidR="00930872" w:rsidRPr="00F41CB4" w:rsidRDefault="00000000">
      <w:pPr>
        <w:pStyle w:val="Seznamsodrkami"/>
      </w:pPr>
      <w:r w:rsidRPr="00F41CB4">
        <w:t>požádat o individuální dohodu, vyžadují-li ji odůvodněné potřeby dítěte a dovolují-li ji právní a provozní podmínky školy;</w:t>
      </w:r>
    </w:p>
    <w:p w14:paraId="3399F0B5" w14:textId="77777777" w:rsidR="00930872" w:rsidRPr="00F41CB4" w:rsidRDefault="00000000">
      <w:pPr>
        <w:pStyle w:val="Seznamsodrkami"/>
      </w:pPr>
      <w:r w:rsidRPr="00F41CB4">
        <w:lastRenderedPageBreak/>
        <w:t>seznámit se se školním vzdělávacím programem, školním řádem, programem poradenských služeb a dalšími zveřejněnými pravidly školy.</w:t>
      </w:r>
    </w:p>
    <w:p w14:paraId="33B42998" w14:textId="77777777" w:rsidR="00930872" w:rsidRPr="00F41CB4" w:rsidRDefault="00000000">
      <w:pPr>
        <w:pStyle w:val="Nadpis2"/>
      </w:pPr>
      <w:r w:rsidRPr="00F41CB4">
        <w:t>Zákonný zástupce je povinen</w:t>
      </w:r>
    </w:p>
    <w:p w14:paraId="21AC7DE5" w14:textId="77777777" w:rsidR="00930872" w:rsidRPr="00F41CB4" w:rsidRDefault="00000000">
      <w:pPr>
        <w:pStyle w:val="Seznamsodrkami"/>
      </w:pPr>
      <w:r w:rsidRPr="00F41CB4">
        <w:t>zajistit řádnou docházku dítěte a osobní předávání a vyzvedávání dítěte v dohodnuté době;</w:t>
      </w:r>
    </w:p>
    <w:p w14:paraId="71666D37" w14:textId="77777777" w:rsidR="00930872" w:rsidRPr="00F41CB4" w:rsidRDefault="00000000">
      <w:pPr>
        <w:pStyle w:val="Seznamsodrkami"/>
      </w:pPr>
      <w:r w:rsidRPr="00F41CB4">
        <w:t>dodržovat tento školní řád, vnitřní řád školní jídelny a bezpečnostní pokyny školy;</w:t>
      </w:r>
    </w:p>
    <w:p w14:paraId="0178CB93" w14:textId="77777777" w:rsidR="00930872" w:rsidRPr="00F41CB4" w:rsidRDefault="00000000">
      <w:pPr>
        <w:pStyle w:val="Seznamsodrkami"/>
      </w:pPr>
      <w:r w:rsidRPr="00F41CB4">
        <w:t>bezodkladně sdělit změny údajů důležitých pro školní matriku, kontaktování rodiny, zdraví a bezpečnost dítěte;</w:t>
      </w:r>
    </w:p>
    <w:p w14:paraId="12266BCB" w14:textId="77777777" w:rsidR="00930872" w:rsidRPr="00F41CB4" w:rsidRDefault="00000000">
      <w:pPr>
        <w:pStyle w:val="Seznamsodrkami"/>
      </w:pPr>
      <w:r w:rsidRPr="00F41CB4">
        <w:t>informovat školu o zdravotních obtížích, omezeních nebo jiných závažných skutečnostech, které mohou mít vliv na průběh vzdělávání;</w:t>
      </w:r>
    </w:p>
    <w:p w14:paraId="670216B9" w14:textId="1CB2B07A" w:rsidR="00930872" w:rsidRPr="00F41CB4" w:rsidRDefault="00000000">
      <w:pPr>
        <w:pStyle w:val="Seznamsodrkami"/>
      </w:pPr>
      <w:r w:rsidRPr="00F41CB4">
        <w:t xml:space="preserve">zajistit, aby dítě přicházelo bez zjevných příznaků akutního infekčního onemocnění a mělo </w:t>
      </w:r>
      <w:r w:rsidR="006F65CD">
        <w:t>vhodné</w:t>
      </w:r>
      <w:r w:rsidR="00AE11C6">
        <w:t xml:space="preserve"> a b</w:t>
      </w:r>
      <w:r w:rsidRPr="00AE11C6">
        <w:t>ezpečné</w:t>
      </w:r>
      <w:r w:rsidRPr="00F41CB4">
        <w:t>, počasí a činnostem přiměřené oblečení a obuv;</w:t>
      </w:r>
    </w:p>
    <w:p w14:paraId="562EA397" w14:textId="77777777" w:rsidR="00930872" w:rsidRPr="00F41CB4" w:rsidRDefault="00000000">
      <w:pPr>
        <w:pStyle w:val="Seznamsodrkami"/>
      </w:pPr>
      <w:r w:rsidRPr="00F41CB4">
        <w:t>na vyzvání ředitelky se osobně účastnit projednání závažných otázek týkajících se vzdělávání dítěte;</w:t>
      </w:r>
    </w:p>
    <w:p w14:paraId="5646BB0F" w14:textId="77777777" w:rsidR="00930872" w:rsidRPr="00F41CB4" w:rsidRDefault="00000000">
      <w:pPr>
        <w:pStyle w:val="Seznamsodrkami"/>
      </w:pPr>
      <w:r w:rsidRPr="00F41CB4">
        <w:t>hradit úplatu a stravné řádně a včas, pokud dítě není od platby osvobozeno nebo nebyla sjednána jiná úhrada.</w:t>
      </w:r>
    </w:p>
    <w:p w14:paraId="72831B2B" w14:textId="77777777" w:rsidR="00930872" w:rsidRPr="00F41CB4" w:rsidRDefault="00000000">
      <w:pPr>
        <w:pStyle w:val="Nadpis1"/>
      </w:pPr>
      <w:r w:rsidRPr="00F41CB4">
        <w:t>8. Práva a povinnosti pedagogických pracovníků</w:t>
      </w:r>
    </w:p>
    <w:p w14:paraId="2AB62FF7" w14:textId="77777777" w:rsidR="00930872" w:rsidRPr="00F41CB4" w:rsidRDefault="00000000">
      <w:r w:rsidRPr="00F41CB4">
        <w:t>Pedagogičtí pracovníci mají právo na podmínky potřebné pro výkon pedagogické činnosti, ochranu před fyzickým násilím a psychickým nátlakem, objektivní hodnocení své práce a zdvořilé jednání. Volí odborně odůvodněné metody a postupy v souladu s právními předpisy a školním vzdělávacím programem.</w:t>
      </w:r>
    </w:p>
    <w:p w14:paraId="2A5AED93" w14:textId="77777777" w:rsidR="00930872" w:rsidRPr="00F41CB4" w:rsidRDefault="00000000">
      <w:r w:rsidRPr="00F41CB4">
        <w:t>Jsou povinni chránit práva, bezpečnost a zdraví dětí, vytvářet pozitivní a bezpečné klima, poskytovat dětem a zákonným zástupcům informace a poradenskou pomoc související se vzděláváním, zachovávat mlčenlivost a chránit osobní údaje. V případě závažných otázek mohou vyzvat zákonného zástupce k osobnímu jednání.</w:t>
      </w:r>
    </w:p>
    <w:p w14:paraId="7D58E7E1" w14:textId="77777777" w:rsidR="00930872" w:rsidRPr="00F41CB4" w:rsidRDefault="00000000">
      <w:pPr>
        <w:pStyle w:val="Nadpis1"/>
      </w:pPr>
      <w:r w:rsidRPr="00F41CB4">
        <w:t>9. Poradenské služby školy</w:t>
      </w:r>
    </w:p>
    <w:p w14:paraId="56C4ADE1" w14:textId="77777777" w:rsidR="00930872" w:rsidRPr="00F41CB4" w:rsidRDefault="00000000">
      <w:r w:rsidRPr="00F41CB4">
        <w:t>Škola zajišťuje poradenské služby podle § 120a školského zákona a vyhlášky č. 72/2005 Sb. Jejich koordinaci zajišťuje ředitelka školy; služby v běžném rozsahu poskytují všechny učitelky mateřské školy, zpravidla učitelka třídy, kterou dítě navštěvuje. Podrobnosti stanoví Program poradenských služeb a vnitřní předpis o personálním zajištění.</w:t>
      </w:r>
    </w:p>
    <w:p w14:paraId="524F766A" w14:textId="77777777" w:rsidR="00930872" w:rsidRPr="00F41CB4" w:rsidRDefault="00000000">
      <w:pPr>
        <w:pStyle w:val="Seznamsodrkami"/>
      </w:pPr>
      <w:r w:rsidRPr="00F41CB4">
        <w:t>Škola průběžně sleduje vzdělávací potřeby, adaptaci, školní připravenost, nadání, riziko školního neúspěchu a obtíže v sociálních a osobnostních kompetencích dítěte.</w:t>
      </w:r>
    </w:p>
    <w:p w14:paraId="4D7EAD01" w14:textId="77777777" w:rsidR="00930872" w:rsidRPr="00F41CB4" w:rsidRDefault="00000000">
      <w:pPr>
        <w:pStyle w:val="Seznamsodrkami"/>
      </w:pPr>
      <w:r w:rsidRPr="00F41CB4">
        <w:t>Zákonným zástupcům poskytuje srozumitelné informace, konzultace a doporučení k podpoře dítěte a podle potřeby zprostředkuje spolupráci s pedagogicko-psychologickou poradnou, speciálně pedagogickým centrem, lékařem nebo další odbornou službou.</w:t>
      </w:r>
    </w:p>
    <w:p w14:paraId="0FBFD9CE" w14:textId="77777777" w:rsidR="00930872" w:rsidRPr="00F41CB4" w:rsidRDefault="00000000">
      <w:pPr>
        <w:pStyle w:val="Seznamsodrkami"/>
      </w:pPr>
      <w:r w:rsidRPr="00F41CB4">
        <w:t xml:space="preserve">Konzultaci lze sjednat osobně, telefonicky nebo prostřednictvím kontaktních údajů školy. Poradenské služby učitelek nenahrazují zdravotní, psychologickou, </w:t>
      </w:r>
      <w:proofErr w:type="spellStart"/>
      <w:r w:rsidRPr="00F41CB4">
        <w:t>speciálněpedagogickou</w:t>
      </w:r>
      <w:proofErr w:type="spellEnd"/>
      <w:r w:rsidRPr="00F41CB4">
        <w:t xml:space="preserve"> ani terapeutickou péči odborných zařízení.</w:t>
      </w:r>
    </w:p>
    <w:p w14:paraId="4E137087" w14:textId="77777777" w:rsidR="00930872" w:rsidRPr="00F41CB4" w:rsidRDefault="00000000">
      <w:pPr>
        <w:pStyle w:val="Nadpis1"/>
      </w:pPr>
      <w:r w:rsidRPr="00F41CB4">
        <w:t>10. Bezpečnost a ochrana zdraví</w:t>
      </w:r>
    </w:p>
    <w:p w14:paraId="5AD0C9D3" w14:textId="77777777" w:rsidR="00930872" w:rsidRPr="00F41CB4" w:rsidRDefault="00000000">
      <w:pPr>
        <w:pStyle w:val="Nadpis2"/>
      </w:pPr>
      <w:r w:rsidRPr="00F41CB4">
        <w:t>Obecná pravidla</w:t>
      </w:r>
    </w:p>
    <w:p w14:paraId="16DB9B3E" w14:textId="77777777" w:rsidR="00930872" w:rsidRPr="00F41CB4" w:rsidRDefault="00000000">
      <w:pPr>
        <w:pStyle w:val="Seznamsodrkami"/>
      </w:pPr>
      <w:r w:rsidRPr="00F41CB4">
        <w:t>Pedagogičtí pracovníci poučují děti přiměřeně věku o bezpečnosti, předcházejí rizikům a vykonávají dohled podle právních předpisů.</w:t>
      </w:r>
    </w:p>
    <w:p w14:paraId="571DC90F" w14:textId="3E23206F" w:rsidR="005D63D5" w:rsidRPr="00F41CB4" w:rsidRDefault="005D63D5">
      <w:pPr>
        <w:pStyle w:val="Seznamsodrkami"/>
      </w:pPr>
      <w:r w:rsidRPr="005D63D5">
        <w:t>Zákonní zástupci nedávají dětem do mateřské školy cenné předměty. Hračky si děti mohou přinášet pouze podle pravidel stanovených učitelkou</w:t>
      </w:r>
      <w:r w:rsidR="001836C4">
        <w:t>,</w:t>
      </w:r>
      <w:r w:rsidR="00136F39">
        <w:t xml:space="preserve"> avšak</w:t>
      </w:r>
      <w:r w:rsidR="001836C4">
        <w:t xml:space="preserve"> </w:t>
      </w:r>
      <w:r w:rsidR="001836C4" w:rsidRPr="00F41CB4">
        <w:t xml:space="preserve">jejich nošení může </w:t>
      </w:r>
      <w:r w:rsidR="00136F39">
        <w:t xml:space="preserve">být </w:t>
      </w:r>
      <w:r w:rsidR="001836C4" w:rsidRPr="00F41CB4">
        <w:t>z bezpečnostních nebo hygienických důvodů omez</w:t>
      </w:r>
      <w:r w:rsidR="006535B1">
        <w:t>eno</w:t>
      </w:r>
      <w:r w:rsidRPr="005D63D5">
        <w:t>. Škola nemůže zaručit, že se přinesená hračka neztratí nebo nepoškodí.</w:t>
      </w:r>
    </w:p>
    <w:p w14:paraId="49EA45EE" w14:textId="3B9D5D1D" w:rsidR="00A5130C" w:rsidRDefault="00A5130C" w:rsidP="00A5130C">
      <w:pPr>
        <w:pStyle w:val="Seznamsodrkami"/>
      </w:pPr>
      <w:r>
        <w:t xml:space="preserve">Do mateřské </w:t>
      </w:r>
      <w:r w:rsidRPr="00F41CB4">
        <w:t xml:space="preserve">školy </w:t>
      </w:r>
      <w:r>
        <w:t xml:space="preserve">se </w:t>
      </w:r>
      <w:r w:rsidRPr="00F41CB4">
        <w:t xml:space="preserve">nenosí ostré předměty, zápalky, zapalovače, léčiva ani jiné nebezpečné věci. Za cennosti a přinesené hračky škola </w:t>
      </w:r>
      <w:r w:rsidR="00771FC7">
        <w:t>ne</w:t>
      </w:r>
      <w:r w:rsidRPr="00975FA6">
        <w:t>odpovídá</w:t>
      </w:r>
      <w:r w:rsidR="00771FC7">
        <w:t>.</w:t>
      </w:r>
    </w:p>
    <w:p w14:paraId="6E045165" w14:textId="77777777" w:rsidR="00930872" w:rsidRPr="00F41CB4" w:rsidRDefault="00000000">
      <w:pPr>
        <w:pStyle w:val="Seznamsodrkami"/>
      </w:pPr>
      <w:r w:rsidRPr="00F41CB4">
        <w:t>V budově a areálu školy je zakázáno kouřit včetně elektronických cigaret, požívat alkohol a jiné návykové látky a vstupovat pod jejich vlivem.</w:t>
      </w:r>
    </w:p>
    <w:p w14:paraId="36B37F90" w14:textId="77777777" w:rsidR="00930872" w:rsidRPr="00F41CB4" w:rsidRDefault="00000000">
      <w:pPr>
        <w:pStyle w:val="Seznamsodrkami"/>
      </w:pPr>
      <w:r w:rsidRPr="00F41CB4">
        <w:t xml:space="preserve">Úrazy a mimořádné události škola eviduje, poskytne první pomoc a </w:t>
      </w:r>
      <w:r w:rsidRPr="00B04004">
        <w:t>bezodkladně</w:t>
      </w:r>
      <w:r w:rsidRPr="00F41CB4">
        <w:t xml:space="preserve"> informuje zákonného zástupce; dále postupuje podle právních předpisů.</w:t>
      </w:r>
    </w:p>
    <w:p w14:paraId="1F318910" w14:textId="77777777" w:rsidR="00930872" w:rsidRPr="00F41CB4" w:rsidRDefault="00000000">
      <w:pPr>
        <w:pStyle w:val="Seznamsodrkami"/>
      </w:pPr>
      <w:r w:rsidRPr="00F41CB4">
        <w:lastRenderedPageBreak/>
        <w:t>Při akcích mimo školu a při dopravě dětí škola předem sdělí organizační a bezpečnostní podmínky. Potřebná jednotlivá prohlášení nebo souhlasy se řeší odděleně pro konkrétní situaci.</w:t>
      </w:r>
    </w:p>
    <w:p w14:paraId="4A63E4CF" w14:textId="77777777" w:rsidR="00930872" w:rsidRPr="00F41CB4" w:rsidRDefault="00000000">
      <w:pPr>
        <w:pStyle w:val="Nadpis2"/>
      </w:pPr>
      <w:r w:rsidRPr="00F41CB4">
        <w:t>Zdravotní stav a podávání léčiv</w:t>
      </w:r>
    </w:p>
    <w:p w14:paraId="754DA34D" w14:textId="77777777" w:rsidR="00930872" w:rsidRPr="00F41CB4" w:rsidRDefault="00000000">
      <w:r w:rsidRPr="00F41CB4">
        <w:t xml:space="preserve">Pedagogický pracovník může odmítnout převzít dítě se zjevnými příznaky akutního onemocnění, které by mohlo ohrozit dítě nebo ostatní osoby, a situaci projedná se zákonným zástupcem. Projeví-li se příznaky během dne, škola zajistí dítěti dohled, oddělení od kolektivu v nezbytném rozsahu a kontaktuje zákonného zástupce, který zajistí další péči. Potvrzení lékaře o zdravotním stavu nebo </w:t>
      </w:r>
      <w:r w:rsidRPr="007B73A6">
        <w:t>bezinfekčnosti</w:t>
      </w:r>
      <w:r w:rsidRPr="00F41CB4">
        <w:t xml:space="preserve"> škola vyžaduje pouze tehdy, stanoví-li to právní předpis nebo je-li požadavek v konkrétním případě nezbytný a přiměřený.</w:t>
      </w:r>
    </w:p>
    <w:p w14:paraId="3E7EB377" w14:textId="77777777" w:rsidR="00930872" w:rsidRPr="00F41CB4" w:rsidRDefault="00000000">
      <w:r w:rsidRPr="00F41CB4">
        <w:t>Škola běžně nepodává dětem léčiva. Je-li podávání nezbytné pro bezpečný pobyt dítěte a nelze je zajistit jinak, dohodne ředitelka se zákonným zástupcem individuální písemný postup podle doporučení ošetřujícího lékaře, včetně odpovědností a krizových kroků.</w:t>
      </w:r>
    </w:p>
    <w:p w14:paraId="1DB7A4B0" w14:textId="77777777" w:rsidR="00930872" w:rsidRPr="00F41CB4" w:rsidRDefault="00000000">
      <w:pPr>
        <w:pStyle w:val="Nadpis2"/>
      </w:pPr>
      <w:r w:rsidRPr="00F41CB4">
        <w:t>Ochrana před rizikovým chováním</w:t>
      </w:r>
    </w:p>
    <w:p w14:paraId="2935C037" w14:textId="77777777" w:rsidR="00930872" w:rsidRPr="00F41CB4" w:rsidRDefault="00000000">
      <w:r w:rsidRPr="00F41CB4">
        <w:t>Škola vytváří bezpečné klima, vede děti k respektu a nenásilnému řešení konfliktů a bezodkladně řeší projevy násilí, šikany, diskriminace, zanedbávání nebo ohrožení dítěte. Postupuje s ohledem na nejlepší zájem dítěte a podle potřeby spolupracuje se zákonnými zástupci, školskými poradenskými zařízeními, orgánem sociálně-právní ochrany dětí a dalšími příslušnými institucemi.</w:t>
      </w:r>
    </w:p>
    <w:p w14:paraId="0E1BD460" w14:textId="77777777" w:rsidR="00930872" w:rsidRPr="00F41CB4" w:rsidRDefault="00000000">
      <w:pPr>
        <w:pStyle w:val="Nadpis1"/>
      </w:pPr>
      <w:r w:rsidRPr="00F41CB4">
        <w:t>11. Evidence, ochrana údajů, podněty a závěrečná ustanovení</w:t>
      </w:r>
    </w:p>
    <w:p w14:paraId="5CAF2AE9" w14:textId="77777777" w:rsidR="00930872" w:rsidRPr="00F41CB4" w:rsidRDefault="00000000">
      <w:pPr>
        <w:pStyle w:val="Nadpis2"/>
      </w:pPr>
      <w:r w:rsidRPr="00F41CB4">
        <w:t>Školní matrika a ochrana údajů</w:t>
      </w:r>
    </w:p>
    <w:p w14:paraId="470E03C9" w14:textId="77777777" w:rsidR="00930872" w:rsidRPr="00F41CB4" w:rsidRDefault="00000000">
      <w:r w:rsidRPr="00F41CB4">
        <w:t>Zákonný zástupce poskytuje škole údaje nezbytné pro vedení školní matriky a plnění zákonných povinností a oznamuje jejich změny. Škola zpracovává osobní údaje pouze v nezbytném rozsahu a podle právních předpisů; podrobné informace o zpracování osobních údajů poskytuje samostatně. Souhlasy se pořizují jen pro činnosti, pro které je souhlas odpovídajícím právním titulem.</w:t>
      </w:r>
    </w:p>
    <w:p w14:paraId="7FB4195F" w14:textId="77777777" w:rsidR="00930872" w:rsidRPr="00F41CB4" w:rsidRDefault="00000000">
      <w:pPr>
        <w:pStyle w:val="Nadpis2"/>
      </w:pPr>
      <w:r w:rsidRPr="00F41CB4">
        <w:t>Podněty a stížnosti</w:t>
      </w:r>
    </w:p>
    <w:p w14:paraId="3B3E4C2C" w14:textId="1F1DBB8D" w:rsidR="00930872" w:rsidRPr="00F41CB4" w:rsidRDefault="00000000">
      <w:r w:rsidRPr="00F41CB4">
        <w:t>Podněty, připomínky a stížnosti lze podat učitelce nebo ředitelce školy osobně, písemně či prostřednictvím zveřejněných kontaktů. Škola je vyřizuje věcně, bez znevýhodnění dítěte a v přiměřené nebo zákonné lhůtě.</w:t>
      </w:r>
    </w:p>
    <w:p w14:paraId="5FFCF4CC" w14:textId="77777777" w:rsidR="00930872" w:rsidRPr="00F41CB4" w:rsidRDefault="00000000">
      <w:pPr>
        <w:pStyle w:val="Nadpis2"/>
      </w:pPr>
      <w:r w:rsidRPr="00F41CB4">
        <w:t>Seznámení a zveřejnění</w:t>
      </w:r>
    </w:p>
    <w:p w14:paraId="06481486" w14:textId="77777777" w:rsidR="00930872" w:rsidRPr="00F41CB4" w:rsidRDefault="00000000">
      <w:r w:rsidRPr="00F41CB4">
        <w:t>Školní řád je zveřejněn na přístupném místě ve škole a způsobem umožňujícím dálkový přístup. Zaměstnanci jsou s ním prokazatelně seznámeni a zákonní zástupci jsou informováni o jeho vydání a obsahu. Změny se provádějí písemnými dodatky nebo vydáním nového znění.</w:t>
      </w:r>
    </w:p>
    <w:p w14:paraId="16480710" w14:textId="77777777" w:rsidR="00930872" w:rsidRPr="00F41CB4" w:rsidRDefault="00000000">
      <w:r w:rsidRPr="00F41CB4">
        <w:t>Tento školní řád nahrazuje předchozí znění školního řádu ke dni své účinnosti.</w:t>
      </w:r>
    </w:p>
    <w:p w14:paraId="6443B4FF" w14:textId="77777777" w:rsidR="00930872" w:rsidRPr="00F41CB4" w:rsidRDefault="00930872"/>
    <w:p w14:paraId="14837FB8" w14:textId="77777777" w:rsidR="00930872" w:rsidRPr="00F41CB4" w:rsidRDefault="00000000">
      <w:pPr>
        <w:pBdr>
          <w:bottom w:val="single" w:sz="6" w:space="5" w:color="C7C7C7"/>
        </w:pBdr>
        <w:spacing w:before="160"/>
      </w:pPr>
      <w:r w:rsidRPr="00F41CB4">
        <w:rPr>
          <w:b/>
        </w:rPr>
        <w:t>Projednáno pedagogickou radou dne: 28. 8. 2026</w:t>
      </w:r>
    </w:p>
    <w:p w14:paraId="13C76A99" w14:textId="77777777" w:rsidR="00930872" w:rsidRPr="00F41CB4" w:rsidRDefault="00000000">
      <w:r w:rsidRPr="00F41CB4">
        <w:rPr>
          <w:b/>
        </w:rPr>
        <w:t>Účinnost od: 1. 9. 2026</w:t>
      </w:r>
    </w:p>
    <w:p w14:paraId="25A3FC82" w14:textId="77777777" w:rsidR="00022AB6" w:rsidRDefault="00022AB6">
      <w:pPr>
        <w:rPr>
          <w:b/>
        </w:rPr>
      </w:pPr>
    </w:p>
    <w:p w14:paraId="64511E43" w14:textId="5990DE10" w:rsidR="00930872" w:rsidRDefault="00000000">
      <w:pPr>
        <w:rPr>
          <w:b/>
        </w:rPr>
      </w:pPr>
      <w:r w:rsidRPr="00F41CB4">
        <w:rPr>
          <w:b/>
        </w:rPr>
        <w:t>Zpracovala a vydává: Bc. Marie Chvojková, ředitelka školy</w:t>
      </w:r>
    </w:p>
    <w:p w14:paraId="5AE9E206" w14:textId="77777777" w:rsidR="00022AB6" w:rsidRPr="00F41CB4" w:rsidRDefault="00022AB6"/>
    <w:p w14:paraId="1702D067" w14:textId="72C4CFB2" w:rsidR="00930872" w:rsidRPr="00F41CB4" w:rsidRDefault="00000000">
      <w:r w:rsidRPr="00F41CB4">
        <w:t xml:space="preserve">Ve Všejanech dne: </w:t>
      </w:r>
      <w:r w:rsidR="0035725C">
        <w:t>27. 8. 2026</w:t>
      </w:r>
    </w:p>
    <w:p w14:paraId="6201ADA6" w14:textId="6505649D" w:rsidR="00930872" w:rsidRPr="00F41CB4" w:rsidRDefault="00000000">
      <w:pPr>
        <w:spacing w:before="200"/>
      </w:pPr>
      <w:r w:rsidRPr="00F41CB4">
        <w:t xml:space="preserve">Podpis ředitelky: </w:t>
      </w:r>
    </w:p>
    <w:sectPr w:rsidR="00930872" w:rsidRPr="00F41CB4" w:rsidSect="00F90ABC">
      <w:headerReference w:type="default" r:id="rId8"/>
      <w:footerReference w:type="default" r:id="rId9"/>
      <w:pgSz w:w="12240" w:h="15840"/>
      <w:pgMar w:top="1560" w:right="1020" w:bottom="879" w:left="1020" w:header="465" w:footer="569" w:gutter="0"/>
      <w:pgBorders w:offsetFrom="page">
        <w:top w:val="double" w:sz="8" w:space="18" w:color="00AEEF"/>
        <w:left w:val="double" w:sz="8" w:space="18" w:color="00AEEF"/>
        <w:bottom w:val="double" w:sz="8" w:space="18" w:color="00AEEF"/>
        <w:right w:val="double" w:sz="8" w:space="18" w:color="00AEE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84E04" w14:textId="77777777" w:rsidR="005019F0" w:rsidRPr="00F41CB4" w:rsidRDefault="005019F0">
      <w:pPr>
        <w:spacing w:after="0" w:line="240" w:lineRule="auto"/>
      </w:pPr>
      <w:r w:rsidRPr="00F41CB4">
        <w:separator/>
      </w:r>
    </w:p>
  </w:endnote>
  <w:endnote w:type="continuationSeparator" w:id="0">
    <w:p w14:paraId="7D3A2ACA" w14:textId="77777777" w:rsidR="005019F0" w:rsidRPr="00F41CB4" w:rsidRDefault="005019F0">
      <w:pPr>
        <w:spacing w:after="0" w:line="240" w:lineRule="auto"/>
      </w:pPr>
      <w:r w:rsidRPr="00F41C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EAB34" w14:textId="513CF16C" w:rsidR="00930872" w:rsidRPr="00F41CB4" w:rsidRDefault="00000000">
    <w:pPr>
      <w:pStyle w:val="Zpat"/>
      <w:spacing w:before="40"/>
      <w:jc w:val="center"/>
    </w:pPr>
    <w:r w:rsidRPr="00F41CB4">
      <w:rPr>
        <w:sz w:val="18"/>
      </w:rPr>
      <w:t xml:space="preserve">strana </w:t>
    </w:r>
    <w:r w:rsidRPr="00F41CB4">
      <w:rPr>
        <w:sz w:val="18"/>
      </w:rPr>
      <w:fldChar w:fldCharType="begin"/>
    </w:r>
    <w:r w:rsidRPr="00F41CB4">
      <w:rPr>
        <w:sz w:val="18"/>
      </w:rPr>
      <w:instrText>PAGE</w:instrText>
    </w:r>
    <w:r w:rsidRPr="00F41CB4">
      <w:rPr>
        <w:sz w:val="18"/>
      </w:rPr>
      <w:fldChar w:fldCharType="separate"/>
    </w:r>
    <w:r w:rsidR="00172378" w:rsidRPr="00F41CB4">
      <w:rPr>
        <w:noProof/>
        <w:sz w:val="18"/>
      </w:rPr>
      <w:t>1</w:t>
    </w:r>
    <w:r w:rsidRPr="00F41CB4">
      <w:rPr>
        <w:sz w:val="18"/>
      </w:rPr>
      <w:fldChar w:fldCharType="end"/>
    </w:r>
    <w:r w:rsidRPr="00F41CB4">
      <w:rPr>
        <w:sz w:val="18"/>
      </w:rPr>
      <w:t xml:space="preserve"> z </w:t>
    </w:r>
    <w:r w:rsidRPr="00F41CB4">
      <w:rPr>
        <w:sz w:val="18"/>
      </w:rPr>
      <w:fldChar w:fldCharType="begin"/>
    </w:r>
    <w:r w:rsidRPr="00F41CB4">
      <w:rPr>
        <w:sz w:val="18"/>
      </w:rPr>
      <w:instrText>NUMPAGES</w:instrText>
    </w:r>
    <w:r w:rsidRPr="00F41CB4">
      <w:rPr>
        <w:sz w:val="18"/>
      </w:rPr>
      <w:fldChar w:fldCharType="separate"/>
    </w:r>
    <w:r w:rsidR="00172378" w:rsidRPr="00F41CB4">
      <w:rPr>
        <w:noProof/>
        <w:sz w:val="18"/>
      </w:rPr>
      <w:t>2</w:t>
    </w:r>
    <w:r w:rsidRPr="00F41CB4">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CAA9C" w14:textId="77777777" w:rsidR="005019F0" w:rsidRPr="00F41CB4" w:rsidRDefault="005019F0">
      <w:pPr>
        <w:spacing w:after="0" w:line="240" w:lineRule="auto"/>
      </w:pPr>
      <w:r w:rsidRPr="00F41CB4">
        <w:separator/>
      </w:r>
    </w:p>
  </w:footnote>
  <w:footnote w:type="continuationSeparator" w:id="0">
    <w:p w14:paraId="4B9BD979" w14:textId="77777777" w:rsidR="005019F0" w:rsidRPr="00F41CB4" w:rsidRDefault="005019F0">
      <w:pPr>
        <w:spacing w:after="0" w:line="240" w:lineRule="auto"/>
      </w:pPr>
      <w:r w:rsidRPr="00F41C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245EE" w14:textId="77777777" w:rsidR="00930872" w:rsidRPr="00F41CB4" w:rsidRDefault="00000000">
    <w:pPr>
      <w:pStyle w:val="Zhlav"/>
      <w:pBdr>
        <w:bottom w:val="single" w:sz="10" w:space="5" w:color="000000"/>
      </w:pBdr>
      <w:spacing w:after="40"/>
      <w:jc w:val="center"/>
    </w:pPr>
    <w:r w:rsidRPr="00F41CB4">
      <w:rPr>
        <w:b/>
        <w:sz w:val="23"/>
      </w:rPr>
      <w:t>Mateřská škola Všejany, okres Mladá Boleslav</w:t>
    </w:r>
    <w:r w:rsidRPr="00F41CB4">
      <w:rPr>
        <w:b/>
        <w:sz w:val="23"/>
      </w:rPr>
      <w:br/>
      <w:t>U Školy 2, 294 43 Všejany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1617562689">
    <w:abstractNumId w:val="8"/>
  </w:num>
  <w:num w:numId="2" w16cid:durableId="1098139635">
    <w:abstractNumId w:val="6"/>
  </w:num>
  <w:num w:numId="3" w16cid:durableId="1232035082">
    <w:abstractNumId w:val="5"/>
  </w:num>
  <w:num w:numId="4" w16cid:durableId="221336926">
    <w:abstractNumId w:val="4"/>
  </w:num>
  <w:num w:numId="5" w16cid:durableId="1508014868">
    <w:abstractNumId w:val="7"/>
  </w:num>
  <w:num w:numId="6" w16cid:durableId="937642253">
    <w:abstractNumId w:val="3"/>
  </w:num>
  <w:num w:numId="7" w16cid:durableId="2135713949">
    <w:abstractNumId w:val="2"/>
  </w:num>
  <w:num w:numId="8" w16cid:durableId="1225679360">
    <w:abstractNumId w:val="1"/>
  </w:num>
  <w:num w:numId="9" w16cid:durableId="1290403870">
    <w:abstractNumId w:val="0"/>
  </w:num>
  <w:num w:numId="10" w16cid:durableId="153604322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7F6"/>
    <w:rsid w:val="00022AB6"/>
    <w:rsid w:val="00034616"/>
    <w:rsid w:val="0004417E"/>
    <w:rsid w:val="0006063C"/>
    <w:rsid w:val="000A1D17"/>
    <w:rsid w:val="00103D7F"/>
    <w:rsid w:val="00127FA1"/>
    <w:rsid w:val="00132E02"/>
    <w:rsid w:val="00136F39"/>
    <w:rsid w:val="00142C39"/>
    <w:rsid w:val="0015074B"/>
    <w:rsid w:val="001542BF"/>
    <w:rsid w:val="00172378"/>
    <w:rsid w:val="001836C4"/>
    <w:rsid w:val="001A5504"/>
    <w:rsid w:val="001D43B7"/>
    <w:rsid w:val="0028753C"/>
    <w:rsid w:val="0029639D"/>
    <w:rsid w:val="002A3199"/>
    <w:rsid w:val="002B02AA"/>
    <w:rsid w:val="002C1D38"/>
    <w:rsid w:val="00307081"/>
    <w:rsid w:val="00326F90"/>
    <w:rsid w:val="00354EDB"/>
    <w:rsid w:val="0035725C"/>
    <w:rsid w:val="003778E2"/>
    <w:rsid w:val="003B0D56"/>
    <w:rsid w:val="003E5436"/>
    <w:rsid w:val="003F227C"/>
    <w:rsid w:val="004C6595"/>
    <w:rsid w:val="004F76F6"/>
    <w:rsid w:val="005019F0"/>
    <w:rsid w:val="00570023"/>
    <w:rsid w:val="00573E7D"/>
    <w:rsid w:val="005A19B4"/>
    <w:rsid w:val="005C015D"/>
    <w:rsid w:val="005C62CB"/>
    <w:rsid w:val="005D63D5"/>
    <w:rsid w:val="00604D12"/>
    <w:rsid w:val="006274CF"/>
    <w:rsid w:val="006535B1"/>
    <w:rsid w:val="0067511B"/>
    <w:rsid w:val="006C0B02"/>
    <w:rsid w:val="006C519F"/>
    <w:rsid w:val="006F65CD"/>
    <w:rsid w:val="00703629"/>
    <w:rsid w:val="00704E51"/>
    <w:rsid w:val="0070562C"/>
    <w:rsid w:val="00717138"/>
    <w:rsid w:val="007562E1"/>
    <w:rsid w:val="00771FC7"/>
    <w:rsid w:val="007A25BB"/>
    <w:rsid w:val="007B73A6"/>
    <w:rsid w:val="007E07AF"/>
    <w:rsid w:val="00800FE5"/>
    <w:rsid w:val="00815AB1"/>
    <w:rsid w:val="00822005"/>
    <w:rsid w:val="00823182"/>
    <w:rsid w:val="00843841"/>
    <w:rsid w:val="008524F9"/>
    <w:rsid w:val="00865DFD"/>
    <w:rsid w:val="008B2F8F"/>
    <w:rsid w:val="008C7989"/>
    <w:rsid w:val="008E207E"/>
    <w:rsid w:val="00930872"/>
    <w:rsid w:val="00960678"/>
    <w:rsid w:val="009758AD"/>
    <w:rsid w:val="00975FA6"/>
    <w:rsid w:val="009E00A3"/>
    <w:rsid w:val="009F6EED"/>
    <w:rsid w:val="00A06FBD"/>
    <w:rsid w:val="00A12512"/>
    <w:rsid w:val="00A5130C"/>
    <w:rsid w:val="00A52E7B"/>
    <w:rsid w:val="00AA1D8D"/>
    <w:rsid w:val="00AD708B"/>
    <w:rsid w:val="00AE11C6"/>
    <w:rsid w:val="00B04004"/>
    <w:rsid w:val="00B47730"/>
    <w:rsid w:val="00B85E0B"/>
    <w:rsid w:val="00C14C30"/>
    <w:rsid w:val="00C40E5F"/>
    <w:rsid w:val="00CB0664"/>
    <w:rsid w:val="00CB3DB2"/>
    <w:rsid w:val="00D86AE5"/>
    <w:rsid w:val="00E37932"/>
    <w:rsid w:val="00E73C51"/>
    <w:rsid w:val="00EC4B4F"/>
    <w:rsid w:val="00EF460E"/>
    <w:rsid w:val="00F245DE"/>
    <w:rsid w:val="00F41CB4"/>
    <w:rsid w:val="00F55839"/>
    <w:rsid w:val="00F7391D"/>
    <w:rsid w:val="00F90ABC"/>
    <w:rsid w:val="00FB621E"/>
    <w:rsid w:val="00FC693F"/>
    <w:rsid w:val="00FE61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584507BC-6A5A-4FC2-916A-7E9FD078A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60" w:line="254" w:lineRule="auto"/>
    </w:pPr>
    <w:rPr>
      <w:rFonts w:ascii="Times New Roman" w:eastAsia="Times New Roman" w:hAnsi="Times New Roman"/>
      <w:sz w:val="21"/>
      <w:lang w:val="cs-CZ"/>
    </w:rPr>
  </w:style>
  <w:style w:type="paragraph" w:styleId="Nadpis1">
    <w:name w:val="heading 1"/>
    <w:basedOn w:val="Normln"/>
    <w:next w:val="Normln"/>
    <w:link w:val="Nadpis1Char"/>
    <w:uiPriority w:val="9"/>
    <w:qFormat/>
    <w:rsid w:val="00FC693F"/>
    <w:pPr>
      <w:keepNext/>
      <w:keepLines/>
      <w:spacing w:before="200" w:after="80"/>
      <w:outlineLvl w:val="0"/>
    </w:pPr>
    <w:rPr>
      <w:rFonts w:asciiTheme="majorHAnsi" w:eastAsiaTheme="majorEastAsia" w:hAnsiTheme="majorHAnsi" w:cstheme="majorBidi"/>
      <w:b/>
      <w:bCs/>
      <w:color w:val="EB1E23"/>
      <w:sz w:val="30"/>
      <w:szCs w:val="28"/>
    </w:rPr>
  </w:style>
  <w:style w:type="paragraph" w:styleId="Nadpis2">
    <w:name w:val="heading 2"/>
    <w:basedOn w:val="Normln"/>
    <w:next w:val="Normln"/>
    <w:link w:val="Nadpis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3"/>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keepNext/>
      <w:keepLines/>
      <w:pBdr>
        <w:bottom w:val="single" w:sz="8" w:space="4" w:color="4F81BD" w:themeColor="accent1"/>
      </w:pBdr>
      <w:spacing w:before="240" w:after="240" w:line="240" w:lineRule="auto"/>
      <w:contextualSpacing/>
      <w:jc w:val="center"/>
    </w:pPr>
    <w:rPr>
      <w:rFonts w:asciiTheme="majorHAnsi" w:eastAsiaTheme="majorEastAsia" w:hAnsiTheme="majorHAnsi" w:cstheme="majorBidi"/>
      <w:b/>
      <w:color w:val="EB1E23"/>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spacing w:after="30"/>
      <w:ind w:left="397" w:hanging="198"/>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spacing w:after="30"/>
      <w:ind w:left="397" w:hanging="198"/>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5</Pages>
  <Words>2349</Words>
  <Characters>13863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havlasovaeva@outlook.cz</cp:lastModifiedBy>
  <cp:revision>79</cp:revision>
  <cp:lastPrinted>2026-09-07T09:48:00Z</cp:lastPrinted>
  <dcterms:created xsi:type="dcterms:W3CDTF">2013-12-23T23:15:00Z</dcterms:created>
  <dcterms:modified xsi:type="dcterms:W3CDTF">2026-09-07T09:51:00Z</dcterms:modified>
  <cp:category/>
</cp:coreProperties>
</file>